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Tug of War: cooperation, leadership and what changes when you work together</w:t>
      </w:r>
    </w:p>
    <w:p>
      <w:r>
        <w:rPr>
          <w:b/>
        </w:rPr>
        <w:t xml:space="preserve">Source: </w:t>
      </w:r>
      <w:r>
        <w:t>Chapter 8 of Zoe and the Great Summer Jubilee (Book 1)</w:t>
      </w:r>
    </w:p>
    <w:p>
      <w:r>
        <w:rPr>
          <w:b/>
        </w:rPr>
        <w:t xml:space="preserve">Key stage: </w:t>
      </w:r>
      <w:r>
        <w:t>KS1-KS2 — Years 2-5</w:t>
      </w:r>
    </w:p>
    <w:p>
      <w:r>
        <w:rPr>
          <w:b/>
        </w:rPr>
        <w:t xml:space="preserve">Age range: </w:t>
      </w:r>
      <w:r>
        <w:t>6-10 years</w:t>
      </w:r>
    </w:p>
    <w:p>
      <w:r>
        <w:rPr>
          <w:b/>
        </w:rPr>
        <w:t xml:space="preserve">Duration: </w:t>
      </w:r>
      <w:r>
        <w:t>60 minutes</w:t>
      </w:r>
    </w:p>
    <w:p>
      <w:r>
        <w:rPr>
          <w:b/>
        </w:rPr>
        <w:t xml:space="preserve">Lesson type: </w:t>
      </w:r>
      <w:r>
        <w:t>Ensemble drama with physical activity and debrief</w:t>
      </w:r>
    </w:p>
    <w:p/>
    <w:p>
      <w:pPr>
        <w:pStyle w:val="Heading1"/>
      </w:pPr>
      <w:r>
        <w:rPr>
          <w:color w:val="6B2D8B"/>
        </w:rPr>
        <w:t>PSHE Association Programme of Study Links</w:t>
      </w:r>
    </w:p>
    <w:p>
      <w:r>
        <w:rPr>
          <w:b/>
        </w:rPr>
        <w:t xml:space="preserve">Primary strand: </w:t>
      </w:r>
      <w:r>
        <w:t>Relationships (R)</w:t>
      </w:r>
    </w:p>
    <w:p>
      <w:r>
        <w:rPr>
          <w:b/>
        </w:rPr>
        <w:t xml:space="preserve">Secondary strand: </w:t>
      </w:r>
      <w:r>
        <w:t>Living in the Wider World (L)</w:t>
      </w:r>
    </w:p>
    <w:p/>
    <w:p>
      <w:r>
        <w:rPr>
          <w:b/>
        </w:rPr>
        <w:t>Key outcomes addressed:</w:t>
      </w:r>
    </w:p>
    <w:p>
      <w:pPr>
        <w:pStyle w:val="ListBullet"/>
      </w:pPr>
      <w:r>
        <w:rPr>
          <w:b/>
        </w:rPr>
        <w:t xml:space="preserve">[R] </w:t>
      </w:r>
      <w:r>
        <w:t>How cooperation and collective effort work better than individual effort without coordination</w:t>
      </w:r>
    </w:p>
    <w:p>
      <w:pPr>
        <w:pStyle w:val="ListBullet"/>
      </w:pPr>
      <w:r>
        <w:rPr>
          <w:b/>
        </w:rPr>
        <w:t xml:space="preserve">[R] </w:t>
      </w:r>
      <w:r>
        <w:t>What calm leadership looks like and how it differs from loud or forceful leadership</w:t>
      </w:r>
    </w:p>
    <w:p>
      <w:pPr>
        <w:pStyle w:val="ListBullet"/>
      </w:pPr>
      <w:r>
        <w:rPr>
          <w:b/>
        </w:rPr>
        <w:t xml:space="preserve">[R] </w:t>
      </w:r>
      <w:r>
        <w:t>How to give and follow instructions effectively</w:t>
      </w:r>
    </w:p>
    <w:p>
      <w:pPr>
        <w:pStyle w:val="ListBullet"/>
      </w:pPr>
      <w:r>
        <w:rPr>
          <w:b/>
        </w:rPr>
        <w:t xml:space="preserve">[L] </w:t>
      </w:r>
      <w:r>
        <w:t>That a community achieves more when its members work together than when they compete internally</w:t>
      </w:r>
    </w:p>
    <w:p>
      <w:pPr>
        <w:pStyle w:val="ListBullet"/>
      </w:pPr>
      <w:r>
        <w:rPr>
          <w:b/>
        </w:rPr>
        <w:t xml:space="preserve">[L] </w:t>
      </w:r>
      <w:r>
        <w:t>The role of a coordinator in a team effort</w:t>
      </w:r>
    </w:p>
    <w:p>
      <w:pPr>
        <w:pStyle w:val="ListBullet"/>
      </w:pPr>
      <w:r>
        <w:rPr>
          <w:b/>
        </w:rPr>
        <w:t xml:space="preserve">[H] </w:t>
      </w:r>
      <w:r>
        <w:t>Managing frustration when a group approach does not work immediately</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Bundle of Sticks (Aesop)</w:t>
      </w:r>
    </w:p>
    <w:p>
      <w:r>
        <w:t>Individual sticks break easily. Bundled together they cannot be broken. Chapter 8 uses a literal tug of war to show the difference between animals pulling hard in different directions versus animals pulling together on a single signal. Zoe's contribution is not the strongest pull — it is the calm positioning and the single clear signal that makes the difference.</w:t>
      </w:r>
    </w:p>
    <w:p/>
    <w:p>
      <w:pPr>
        <w:pStyle w:val="Heading1"/>
      </w:pPr>
      <w:r>
        <w:rPr>
          <w:color w:val="6B2D8B"/>
        </w:rPr>
        <w:t>Learning Objectives</w:t>
      </w:r>
    </w:p>
    <w:p>
      <w:r>
        <w:t>By the end of this lesson, pupils will be able to:</w:t>
      </w:r>
    </w:p>
    <w:p>
      <w:pPr>
        <w:pStyle w:val="ListBullet"/>
      </w:pPr>
      <w:r>
        <w:t>Describe what changes between Round 1 and Round 2 of the tug of war</w:t>
      </w:r>
    </w:p>
    <w:p>
      <w:pPr>
        <w:pStyle w:val="ListBullet"/>
      </w:pPr>
      <w:r>
        <w:t>Explain what Zoe does differently from other leaders in the story</w:t>
      </w:r>
    </w:p>
    <w:p>
      <w:pPr>
        <w:pStyle w:val="ListBullet"/>
      </w:pPr>
      <w:r>
        <w:t>Participate in a cooperative physical challenge requiring coordination</w:t>
      </w:r>
    </w:p>
    <w:p>
      <w:pPr>
        <w:pStyle w:val="ListBullet"/>
      </w:pPr>
      <w:r>
        <w:t>Identify one thing that makes a group more effective than a collection of individuals</w:t>
      </w:r>
    </w:p>
    <w:p/>
    <w:p>
      <w:pPr>
        <w:pStyle w:val="Heading1"/>
      </w:pPr>
      <w:r>
        <w:rPr>
          <w:color w:val="6B2D8B"/>
        </w:rPr>
        <w:t>Prior Learning / Context</w:t>
      </w:r>
    </w:p>
    <w:p>
      <w:r>
        <w:rPr>
          <w:b/>
        </w:rPr>
        <w:t xml:space="preserve">Context summary: </w:t>
      </w:r>
      <w:r>
        <w:t>The farm needs to move a heavy piece of equipment for the Jubilee stage. The animals try pulling together — but without coordination, they pull at different times and in slightly different directions and make no progress. Zoe asks to position them. She does not shout. She walks each animal to their place quietly, checks they are ready, and gives one signal. The equipment moves.</w:t>
      </w:r>
    </w:p>
    <w:p/>
    <w:p>
      <w:pPr>
        <w:pStyle w:val="Heading1"/>
      </w:pPr>
      <w:r>
        <w:rPr>
          <w:color w:val="6B2D8B"/>
        </w:rPr>
        <w:t>Lesson Structure</w:t>
      </w:r>
    </w:p>
    <w:p>
      <w:pPr>
        <w:pStyle w:val="Heading2"/>
      </w:pPr>
      <w:r>
        <w:t>Starter (5 minutes)</w:t>
      </w:r>
    </w:p>
    <w:p>
      <w:r>
        <w:t>Brief read-aloud: Round 1 of the tug of war (chaos, no coordination). Ask: "What went wrong?"</w:t>
      </w:r>
    </w:p>
    <w:p/>
    <w:p>
      <w:pPr>
        <w:pStyle w:val="Heading2"/>
      </w:pPr>
      <w:r>
        <w:t>Main Activity: Two Rounds of Real Tug of War (35 minutes)</w:t>
      </w:r>
    </w:p>
    <w:p>
      <w:r>
        <w:rPr>
          <w:b/>
        </w:rPr>
        <w:t xml:space="preserve">Round 1: </w:t>
      </w:r>
      <w:r>
        <w:t>No coordination. Everyone pulls when they want, as hard as they want. Note the result.</w:t>
      </w:r>
    </w:p>
    <w:p>
      <w:r>
        <w:rPr>
          <w:b/>
        </w:rPr>
        <w:t xml:space="preserve">Round 2: </w:t>
      </w:r>
      <w:r>
        <w:t>Appoint a Zoe. The Zoe role: cannot shout, must position everyone calmly, gives one signal only. Note the result.</w:t>
      </w:r>
    </w:p>
    <w:p/>
    <w:p>
      <w:r>
        <w:rPr>
          <w:b/>
        </w:rPr>
        <w:t>The Zoe role constraint:</w:t>
      </w:r>
    </w:p>
    <w:p>
      <w:pPr>
        <w:pStyle w:val="ListBullet"/>
      </w:pPr>
      <w:r>
        <w:t>Must speak quietly — no shouting instructions</w:t>
      </w:r>
    </w:p>
    <w:p>
      <w:pPr>
        <w:pStyle w:val="ListBullet"/>
      </w:pPr>
      <w:r>
        <w:t>Must position each person individually before the round</w:t>
      </w:r>
    </w:p>
    <w:p>
      <w:pPr>
        <w:pStyle w:val="ListBullet"/>
      </w:pPr>
      <w:r>
        <w:t>Can only give one signal to pull</w:t>
      </w:r>
    </w:p>
    <w:p>
      <w:pPr>
        <w:pStyle w:val="ListBullet"/>
      </w:pPr>
      <w:r>
        <w:t>Cannot change anything once the round has started</w:t>
      </w:r>
    </w:p>
    <w:p/>
    <w:p>
      <w:r>
        <w:rPr>
          <w:b/>
        </w:rPr>
        <w:t>Debrief questions:</w:t>
      </w:r>
    </w:p>
    <w:p>
      <w:pPr>
        <w:pStyle w:val="ListBullet"/>
      </w:pPr>
      <w:r>
        <w:t>What changed between Round 1 and Round 2?</w:t>
      </w:r>
    </w:p>
    <w:p>
      <w:pPr>
        <w:pStyle w:val="ListBullet"/>
      </w:pPr>
      <w:r>
        <w:t>Was the Zoe role easy or hard? Why?</w:t>
      </w:r>
    </w:p>
    <w:p>
      <w:pPr>
        <w:pStyle w:val="ListBullet"/>
      </w:pPr>
      <w:r>
        <w:t>Did the group work better with or without the coordinator?</w:t>
      </w:r>
    </w:p>
    <w:p>
      <w:r>
        <w:rPr>
          <w:b/>
        </w:rPr>
        <w:t xml:space="preserve">Key teaching point: </w:t>
      </w:r>
      <w:r>
        <w:t>Zoe was not the strongest. She was the most organised and the calmest. That made more difference than strength.</w:t>
      </w:r>
    </w:p>
    <w:p/>
    <w:p>
      <w:pPr>
        <w:pStyle w:val="Heading2"/>
      </w:pPr>
      <w:r>
        <w:t>Plenary (20 minutes)</w:t>
      </w:r>
    </w:p>
    <w:p>
      <w:pPr>
        <w:pStyle w:val="ListBullet"/>
      </w:pPr>
      <w:r>
        <w:t>What changed when you worked together rather than just tried harder?</w:t>
      </w:r>
    </w:p>
    <w:p>
      <w:pPr>
        <w:pStyle w:val="ListBullet"/>
      </w:pPr>
      <w:r>
        <w:t>What makes calm leadership different from loud leadership?</w:t>
      </w:r>
    </w:p>
    <w:p>
      <w:pPr>
        <w:pStyle w:val="ListBullet"/>
      </w:pPr>
      <w:r>
        <w:t>Can you think of a situation in your own life where coordination mattered more than effort?</w:t>
      </w:r>
    </w:p>
    <w:p>
      <w:r>
        <w:rPr>
          <w:b/>
        </w:rPr>
        <w:t xml:space="preserve">Exit reflection: </w:t>
      </w:r>
      <w:r>
        <w:t>"Describe one quality of a good leader that has nothing to do with being the loudest or the strongest."</w:t>
      </w:r>
    </w:p>
    <w:p/>
    <w:p>
      <w:pPr>
        <w:pStyle w:val="Heading1"/>
      </w:pPr>
      <w:r>
        <w:rPr>
          <w:color w:val="6B2D8B"/>
        </w:rPr>
        <w:t>Differentiation</w:t>
      </w:r>
    </w:p>
    <w:p>
      <w:pPr>
        <w:pStyle w:val="Heading2"/>
      </w:pPr>
      <w:r>
        <w:t>Support</w:t>
      </w:r>
    </w:p>
    <w:p>
      <w:pPr>
        <w:pStyle w:val="ListBullet"/>
      </w:pPr>
      <w:r>
        <w:t>Assign the Zoe role to a confident pupil first to model it before rotating</w:t>
      </w:r>
    </w:p>
    <w:p>
      <w:pPr>
        <w:pStyle w:val="ListBullet"/>
      </w:pPr>
      <w:r>
        <w:t>Reduce the constraint: allow one question in addition to the signal</w:t>
      </w:r>
    </w:p>
    <w:p>
      <w:pPr>
        <w:pStyle w:val="Heading2"/>
      </w:pPr>
      <w:r>
        <w:t>Extension</w:t>
      </w:r>
    </w:p>
    <w:p>
      <w:pPr>
        <w:pStyle w:val="ListBullet"/>
      </w:pPr>
      <w:r>
        <w:t>Research: how do sports teams use communication systems to coordinate?</w:t>
      </w:r>
    </w:p>
    <w:p>
      <w:pPr>
        <w:pStyle w:val="ListBullet"/>
      </w:pPr>
      <w:r>
        <w:t>Write the tug of war scene from the perspective of the piece of equipment — what does it feel in Round 1 versus Round 2?</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